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405C" w14:textId="6F760303" w:rsidR="008D5395" w:rsidRPr="00960CAE" w:rsidRDefault="00F16A65" w:rsidP="008D5395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960CAE">
        <w:rPr>
          <w:rFonts w:ascii="Times New Roman" w:hAnsi="Times New Roman" w:cs="Times New Roman"/>
          <w:color w:val="auto"/>
          <w:sz w:val="24"/>
          <w:szCs w:val="24"/>
        </w:rPr>
        <w:t xml:space="preserve">MODULO DI ACCETTAZIONE DI PASSAGGIO VOLONTARIO A RUOLO UNICO DI ASSISTENZA PRIMARIA AI SENSI DELL’ART. 32 co.8 ACN </w:t>
      </w:r>
      <w:r w:rsidR="000A052A" w:rsidRPr="00960CAE">
        <w:rPr>
          <w:rFonts w:ascii="Times New Roman" w:hAnsi="Times New Roman" w:cs="Times New Roman"/>
          <w:color w:val="auto"/>
          <w:sz w:val="24"/>
          <w:szCs w:val="24"/>
        </w:rPr>
        <w:t>15/01/2026</w:t>
      </w:r>
    </w:p>
    <w:p w14:paraId="32F0F6DF" w14:textId="77777777" w:rsidR="000A052A" w:rsidRPr="00960CAE" w:rsidRDefault="000A052A" w:rsidP="008D53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4B3249" w14:textId="7B1DA265" w:rsidR="008D5395" w:rsidRPr="00960CAE" w:rsidRDefault="00F16A65" w:rsidP="00960CAE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proofErr w:type="spellStart"/>
      <w:r w:rsidRPr="00960CAE">
        <w:rPr>
          <w:rFonts w:ascii="Times New Roman" w:hAnsi="Times New Roman" w:cs="Times New Roman"/>
          <w:sz w:val="24"/>
          <w:szCs w:val="24"/>
        </w:rPr>
        <w:t>Spett.le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r w:rsidR="008D5395" w:rsidRPr="00960CAE">
        <w:rPr>
          <w:rFonts w:ascii="Times New Roman" w:hAnsi="Times New Roman" w:cs="Times New Roman"/>
          <w:sz w:val="24"/>
          <w:szCs w:val="24"/>
        </w:rPr>
        <w:t>ASST</w:t>
      </w:r>
      <w:r w:rsidR="00981863"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863" w:rsidRPr="00960CAE">
        <w:rPr>
          <w:rFonts w:ascii="Times New Roman" w:hAnsi="Times New Roman" w:cs="Times New Roman"/>
          <w:sz w:val="24"/>
          <w:szCs w:val="24"/>
        </w:rPr>
        <w:t>Sette</w:t>
      </w:r>
      <w:proofErr w:type="spellEnd"/>
      <w:r w:rsidR="00981863"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863" w:rsidRPr="00960CAE">
        <w:rPr>
          <w:rFonts w:ascii="Times New Roman" w:hAnsi="Times New Roman" w:cs="Times New Roman"/>
          <w:sz w:val="24"/>
          <w:szCs w:val="24"/>
        </w:rPr>
        <w:t>Laghi</w:t>
      </w:r>
      <w:proofErr w:type="spellEnd"/>
    </w:p>
    <w:p w14:paraId="106EECE7" w14:textId="2CD1B9CB" w:rsidR="00165D91" w:rsidRDefault="00F16A65" w:rsidP="00960CAE">
      <w:pPr>
        <w:spacing w:after="0" w:line="240" w:lineRule="auto"/>
        <w:ind w:left="5529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23637" w:rsidRPr="00960CAE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protocollo@pec.asst-settelaghi.it</w:t>
        </w:r>
      </w:hyperlink>
    </w:p>
    <w:p w14:paraId="04D17053" w14:textId="77777777" w:rsidR="00960CAE" w:rsidRPr="00960CAE" w:rsidRDefault="00960CAE" w:rsidP="00960CAE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14:paraId="2609DFA1" w14:textId="77777777" w:rsid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/a </w:t>
      </w:r>
      <w:r w:rsidR="00981863" w:rsidRPr="00960CA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960CAE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9587B9A" w14:textId="37371D73" w:rsid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/a </w:t>
      </w:r>
      <w:r w:rsidR="00960CAE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960CAE">
        <w:rPr>
          <w:rFonts w:ascii="Times New Roman" w:hAnsi="Times New Roman" w:cs="Times New Roman"/>
          <w:sz w:val="24"/>
          <w:szCs w:val="24"/>
        </w:rPr>
        <w:t>Prov. (_____</w:t>
      </w:r>
      <w:r w:rsidR="00981863" w:rsidRPr="00960CAE">
        <w:rPr>
          <w:rFonts w:ascii="Times New Roman" w:hAnsi="Times New Roman" w:cs="Times New Roman"/>
          <w:sz w:val="24"/>
          <w:szCs w:val="24"/>
        </w:rPr>
        <w:t>___</w:t>
      </w:r>
      <w:r w:rsidRPr="00960CAE">
        <w:rPr>
          <w:rFonts w:ascii="Times New Roman" w:hAnsi="Times New Roman" w:cs="Times New Roman"/>
          <w:sz w:val="24"/>
          <w:szCs w:val="24"/>
        </w:rPr>
        <w:t xml:space="preserve">_), il </w:t>
      </w:r>
      <w:r w:rsidR="00981863" w:rsidRPr="00960CAE">
        <w:rPr>
          <w:rFonts w:ascii="Times New Roman" w:hAnsi="Times New Roman" w:cs="Times New Roman"/>
          <w:sz w:val="24"/>
          <w:szCs w:val="24"/>
        </w:rPr>
        <w:t>___</w:t>
      </w:r>
      <w:r w:rsidRPr="00960CAE">
        <w:rPr>
          <w:rFonts w:ascii="Times New Roman" w:hAnsi="Times New Roman" w:cs="Times New Roman"/>
          <w:sz w:val="24"/>
          <w:szCs w:val="24"/>
        </w:rPr>
        <w:t>__</w:t>
      </w:r>
      <w:r w:rsidR="00981863" w:rsidRPr="00960CAE">
        <w:rPr>
          <w:rFonts w:ascii="Times New Roman" w:hAnsi="Times New Roman" w:cs="Times New Roman"/>
          <w:sz w:val="24"/>
          <w:szCs w:val="24"/>
        </w:rPr>
        <w:t>_</w:t>
      </w:r>
      <w:r w:rsidRPr="00960CAE">
        <w:rPr>
          <w:rFonts w:ascii="Times New Roman" w:hAnsi="Times New Roman" w:cs="Times New Roman"/>
          <w:sz w:val="24"/>
          <w:szCs w:val="24"/>
        </w:rPr>
        <w:t>_</w:t>
      </w:r>
      <w:r w:rsidR="00981863" w:rsidRPr="00960CAE">
        <w:rPr>
          <w:rFonts w:ascii="Times New Roman" w:hAnsi="Times New Roman" w:cs="Times New Roman"/>
          <w:sz w:val="24"/>
          <w:szCs w:val="24"/>
        </w:rPr>
        <w:t>_____</w:t>
      </w:r>
      <w:r w:rsidRPr="00960CAE">
        <w:rPr>
          <w:rFonts w:ascii="Times New Roman" w:hAnsi="Times New Roman" w:cs="Times New Roman"/>
          <w:sz w:val="24"/>
          <w:szCs w:val="24"/>
        </w:rPr>
        <w:t>__/___</w:t>
      </w:r>
      <w:r w:rsidR="000A052A" w:rsidRPr="00960CAE">
        <w:rPr>
          <w:rFonts w:ascii="Times New Roman" w:hAnsi="Times New Roman" w:cs="Times New Roman"/>
          <w:sz w:val="24"/>
          <w:szCs w:val="24"/>
        </w:rPr>
        <w:t>_</w:t>
      </w:r>
      <w:r w:rsidR="00981863" w:rsidRPr="00960CAE">
        <w:rPr>
          <w:rFonts w:ascii="Times New Roman" w:hAnsi="Times New Roman" w:cs="Times New Roman"/>
          <w:sz w:val="24"/>
          <w:szCs w:val="24"/>
        </w:rPr>
        <w:t>___</w:t>
      </w:r>
    </w:p>
    <w:p w14:paraId="31B50BCF" w14:textId="77777777" w:rsid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Codice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__</w:t>
      </w:r>
      <w:r w:rsidR="00981863" w:rsidRPr="00960CA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960CAE">
        <w:rPr>
          <w:rFonts w:ascii="Times New Roman" w:hAnsi="Times New Roman" w:cs="Times New Roman"/>
          <w:sz w:val="24"/>
          <w:szCs w:val="24"/>
        </w:rPr>
        <w:t>_____________</w:t>
      </w:r>
    </w:p>
    <w:p w14:paraId="34E99C0C" w14:textId="528ACBB0" w:rsidR="00981863" w:rsidRP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br/>
      </w:r>
    </w:p>
    <w:p w14:paraId="07D50C00" w14:textId="0992DB1F" w:rsidR="008D5395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CAE">
        <w:rPr>
          <w:rFonts w:ascii="Times New Roman" w:hAnsi="Times New Roman" w:cs="Times New Roman"/>
          <w:sz w:val="24"/>
          <w:szCs w:val="24"/>
        </w:rPr>
        <w:t>Titolare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incarico</w:t>
      </w:r>
      <w:proofErr w:type="spellEnd"/>
      <w:r w:rsidR="008D5395" w:rsidRPr="00960CAE">
        <w:rPr>
          <w:rFonts w:ascii="Times New Roman" w:hAnsi="Times New Roman" w:cs="Times New Roman"/>
          <w:sz w:val="24"/>
          <w:szCs w:val="24"/>
        </w:rPr>
        <w:t>:</w:t>
      </w:r>
    </w:p>
    <w:p w14:paraId="61ECDC59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884283" w14:textId="56CE22FD" w:rsidR="00F16A65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Segoe UI Symbol" w:hAnsi="Segoe UI Symbol" w:cs="Segoe UI Symbol"/>
          <w:sz w:val="24"/>
          <w:szCs w:val="24"/>
        </w:rPr>
        <w:t>☐</w:t>
      </w:r>
      <w:r w:rsidRPr="00960CAE">
        <w:rPr>
          <w:rFonts w:ascii="Times New Roman" w:hAnsi="Times New Roman" w:cs="Times New Roman"/>
          <w:sz w:val="24"/>
          <w:szCs w:val="24"/>
        </w:rPr>
        <w:t xml:space="preserve"> a tempo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indeterminato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r w:rsidR="00981863" w:rsidRPr="00960CA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60CAE">
        <w:rPr>
          <w:rFonts w:ascii="Segoe UI Symbol" w:hAnsi="Segoe UI Symbol" w:cs="Segoe UI Symbol"/>
          <w:sz w:val="24"/>
          <w:szCs w:val="24"/>
        </w:rPr>
        <w:t>☐</w:t>
      </w:r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temporaneo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corsisti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>)</w:t>
      </w:r>
    </w:p>
    <w:p w14:paraId="3D2129E3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5655F0" w14:textId="5EC0B596" w:rsid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ruolo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unico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assistenza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nell’ambito</w:t>
      </w:r>
      <w:proofErr w:type="spellEnd"/>
      <w:r w:rsidR="00960CAE">
        <w:rPr>
          <w:rFonts w:ascii="Times New Roman" w:hAnsi="Times New Roman" w:cs="Times New Roman"/>
          <w:sz w:val="24"/>
          <w:szCs w:val="24"/>
        </w:rPr>
        <w:t xml:space="preserve"> di </w:t>
      </w:r>
    </w:p>
    <w:p w14:paraId="0B2C63D6" w14:textId="77777777" w:rsid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319E9" w14:textId="40FECFD9" w:rsidR="00165D91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981863" w:rsidRPr="00960CAE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F16A65" w:rsidRPr="00960CA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A78A023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36892" w14:textId="77777777" w:rsidR="00960CAE" w:rsidRDefault="00960CAE" w:rsidP="00960CAE">
      <w:pPr>
        <w:pStyle w:val="Titolo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285B7C4" w14:textId="3994BD6A" w:rsidR="00165D91" w:rsidRPr="00960CAE" w:rsidRDefault="00F16A65" w:rsidP="00960CAE">
      <w:pPr>
        <w:pStyle w:val="Titolo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60CAE">
        <w:rPr>
          <w:rFonts w:ascii="Times New Roman" w:hAnsi="Times New Roman" w:cs="Times New Roman"/>
          <w:color w:val="auto"/>
          <w:sz w:val="24"/>
          <w:szCs w:val="24"/>
        </w:rPr>
        <w:t>DICHIARA</w:t>
      </w:r>
    </w:p>
    <w:p w14:paraId="4FEAE2FB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7B5EA" w14:textId="2B606859" w:rsidR="00165D91" w:rsidRPr="00960CAE" w:rsidRDefault="00F16A65" w:rsidP="00960CAE">
      <w:pPr>
        <w:spacing w:after="0" w:line="360" w:lineRule="auto"/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t xml:space="preserve">La propria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disponibilità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all’accettazione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del passaggio al ruolo unico di assistenza primaria nell’ambito di appartenenza, secondo quanto previsto dall’art. 32, comma 8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dell’ACN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52A" w:rsidRPr="00960CAE">
        <w:rPr>
          <w:rFonts w:ascii="Times New Roman" w:hAnsi="Times New Roman" w:cs="Times New Roman"/>
          <w:sz w:val="24"/>
          <w:szCs w:val="24"/>
        </w:rPr>
        <w:t>vigente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prevede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il completamento dell’impegno settimanale con attività a rapporto orario, secondo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programmazione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aziendale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limite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massimale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orario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scelte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di cui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all’articolo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38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dell’ACN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52A" w:rsidRPr="00960CAE">
        <w:rPr>
          <w:rFonts w:ascii="Times New Roman" w:hAnsi="Times New Roman" w:cs="Times New Roman"/>
          <w:sz w:val="24"/>
          <w:szCs w:val="24"/>
        </w:rPr>
        <w:t>vigente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, con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modulazione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dell’attività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oraria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rispetto al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carico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assistenziale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>.</w:t>
      </w:r>
    </w:p>
    <w:p w14:paraId="2C8FE6B7" w14:textId="77777777" w:rsidR="00960CAE" w:rsidRPr="00960CAE" w:rsidRDefault="00960CAE" w:rsidP="00960CAE">
      <w:pPr>
        <w:spacing w:after="0" w:line="360" w:lineRule="auto"/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5A3AB86F" w14:textId="77777777" w:rsidR="00165D91" w:rsidRPr="00960CAE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0CAE">
        <w:rPr>
          <w:rFonts w:ascii="Times New Roman" w:hAnsi="Times New Roman" w:cs="Times New Roman"/>
          <w:sz w:val="24"/>
          <w:szCs w:val="24"/>
        </w:rPr>
        <w:t>Allega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di un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documento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d’identità</w:t>
      </w:r>
      <w:proofErr w:type="spellEnd"/>
    </w:p>
    <w:p w14:paraId="1FEEE8A9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C25FC8" w14:textId="1F4742BA" w:rsidR="00165D91" w:rsidRDefault="00F16A65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CAE">
        <w:rPr>
          <w:rFonts w:ascii="Times New Roman" w:hAnsi="Times New Roman" w:cs="Times New Roman"/>
          <w:sz w:val="24"/>
          <w:szCs w:val="24"/>
        </w:rPr>
        <w:br/>
        <w:t xml:space="preserve">Data ___________________        </w:t>
      </w:r>
      <w:proofErr w:type="spellStart"/>
      <w:r w:rsidRPr="00960CAE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Pr="00960CAE">
        <w:rPr>
          <w:rFonts w:ascii="Times New Roman" w:hAnsi="Times New Roman" w:cs="Times New Roman"/>
          <w:sz w:val="24"/>
          <w:szCs w:val="24"/>
        </w:rPr>
        <w:t xml:space="preserve"> ____</w:t>
      </w:r>
      <w:r w:rsidR="00960CAE">
        <w:rPr>
          <w:rFonts w:ascii="Times New Roman" w:hAnsi="Times New Roman" w:cs="Times New Roman"/>
          <w:sz w:val="24"/>
          <w:szCs w:val="24"/>
        </w:rPr>
        <w:t>______________</w:t>
      </w:r>
      <w:r w:rsidRPr="00960CAE">
        <w:rPr>
          <w:rFonts w:ascii="Times New Roman" w:hAnsi="Times New Roman" w:cs="Times New Roman"/>
          <w:sz w:val="24"/>
          <w:szCs w:val="24"/>
        </w:rPr>
        <w:t>_______________</w:t>
      </w:r>
    </w:p>
    <w:p w14:paraId="3A3C9E0D" w14:textId="77777777" w:rsidR="00960CAE" w:rsidRPr="00960CAE" w:rsidRDefault="00960CAE" w:rsidP="00960C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69480" w14:textId="77777777" w:rsidR="00960CAE" w:rsidRDefault="00960CAE" w:rsidP="00960C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0FF73" w14:textId="011287F6" w:rsidR="008D5395" w:rsidRPr="00960CAE" w:rsidRDefault="00260558" w:rsidP="00960C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0CAE"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presente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documento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può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essere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sottoscritto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con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firma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digitale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ai sensi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dell’art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. 20 e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seguenti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. 82/2005 (CAD) e del 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Regolamento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 xml:space="preserve"> (UE) n. 910/2014 (</w:t>
      </w:r>
      <w:proofErr w:type="spellStart"/>
      <w:r w:rsidRPr="00960CAE">
        <w:rPr>
          <w:rFonts w:ascii="Times New Roman" w:hAnsi="Times New Roman" w:cs="Times New Roman"/>
          <w:sz w:val="20"/>
          <w:szCs w:val="20"/>
        </w:rPr>
        <w:t>eIDAS</w:t>
      </w:r>
      <w:proofErr w:type="spellEnd"/>
      <w:r w:rsidRPr="00960CAE">
        <w:rPr>
          <w:rFonts w:ascii="Times New Roman" w:hAnsi="Times New Roman" w:cs="Times New Roman"/>
          <w:sz w:val="20"/>
          <w:szCs w:val="20"/>
        </w:rPr>
        <w:t>)”</w:t>
      </w:r>
    </w:p>
    <w:sectPr w:rsidR="008D5395" w:rsidRPr="00960CAE" w:rsidSect="00981863">
      <w:pgSz w:w="12240" w:h="15840"/>
      <w:pgMar w:top="1134" w:right="1467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52A"/>
    <w:rsid w:val="0015074B"/>
    <w:rsid w:val="00165D91"/>
    <w:rsid w:val="00223637"/>
    <w:rsid w:val="00260558"/>
    <w:rsid w:val="0029639D"/>
    <w:rsid w:val="002B0BDD"/>
    <w:rsid w:val="00326F90"/>
    <w:rsid w:val="00387C56"/>
    <w:rsid w:val="00831985"/>
    <w:rsid w:val="008D5395"/>
    <w:rsid w:val="00960CAE"/>
    <w:rsid w:val="00981863"/>
    <w:rsid w:val="00AA1D8D"/>
    <w:rsid w:val="00B47730"/>
    <w:rsid w:val="00CB0664"/>
    <w:rsid w:val="00D64474"/>
    <w:rsid w:val="00DF4C39"/>
    <w:rsid w:val="00F16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93A8A"/>
  <w14:defaultImageDpi w14:val="300"/>
  <w15:docId w15:val="{067E3A68-4E01-48D0-B290-9C6825F8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236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3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asst-settelagh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Monteverdi Annarita</cp:lastModifiedBy>
  <cp:revision>6</cp:revision>
  <dcterms:created xsi:type="dcterms:W3CDTF">2026-01-29T15:45:00Z</dcterms:created>
  <dcterms:modified xsi:type="dcterms:W3CDTF">2026-02-06T13:58:00Z</dcterms:modified>
  <cp:category/>
</cp:coreProperties>
</file>